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r>
      <w:r/>
    </w:p>
    <w:p>
      <w:pPr>
        <w:jc w:val="center"/>
      </w:pPr>
      <w:r>
        <w:rPr>
          <w:b/>
          <w:sz w:val="52"/>
        </w:rPr>
        <w:t>SMCMentorSATrader</w:t>
      </w:r>
    </w:p>
    <w:p>
      <w:pPr>
        <w:jc w:val="center"/>
      </w:pPr>
      <w:r>
        <w:rPr>
          <w:b/>
          <w:sz w:val="32"/>
        </w:rPr>
        <w:t>THE STORY, STRATEGY &amp; TECHNOLOGY</w:t>
        <w:br/>
        <w:t>BEHIND OUR TRADING EA</w:t>
      </w:r>
    </w:p>
    <w:p>
      <w:pPr>
        <w:jc w:val="center"/>
      </w:pPr>
      <w:r>
        <w:rPr>
          <w:sz w:val="24"/>
        </w:rPr>
        <w:br/>
        <w:t>Created by: [Your Name]</w:t>
        <w:br/>
        <w:t>Founder &amp; Project Lead</w:t>
      </w:r>
    </w:p>
    <w:p>
      <w:pPr>
        <w:jc w:val="center"/>
      </w:pPr>
      <w:r>
        <w:rPr>
          <w:i/>
          <w:sz w:val="24"/>
        </w:rPr>
        <w:br/>
        <w:t>“From an idea to an intelligent trading system.”</w:t>
      </w:r>
    </w:p>
    <w:p>
      <w:pPr>
        <w:jc w:val="center"/>
      </w:pPr>
      <w:r>
        <w:rPr>
          <w:b/>
          <w:sz w:val="20"/>
        </w:rPr>
        <w:br/>
        <w:t>TESTING EDITION • 3-WEEK TEST IN PROGRESS</w:t>
      </w:r>
    </w:p>
    <w:p>
      <w:r/>
    </w:p>
    <w:p>
      <w:r>
        <w:rPr>
          <w:b/>
          <w:sz w:val="36"/>
        </w:rPr>
        <w:t>IMPORTANT DEVELOPMENT STATUS</w:t>
      </w:r>
    </w:p>
    <w:p>
      <w:r>
        <w:t>SMCMentorSATrader is an EA under active development and structured testing. This book is a development record, not a promise of profitability. The system’s performance must be evaluated from actual testing data, and future versions may change as testing reveals strengths, weaknesses, or areas requiring improvement.</w:t>
      </w:r>
    </w:p>
    <w:p>
      <w:r>
        <w:rPr>
          <w:b/>
        </w:rPr>
        <w:t>Current test objective</w:t>
      </w:r>
    </w:p>
    <w:p>
      <w:r>
        <w:t>Observe how the EA analyses the M15 market, identifies SMC-based conditions, scores setups, applies risk and trade-protection rules, generates signals, and handles situations where a trade must be blocked.</w:t>
      </w:r>
    </w:p>
    <w:p>
      <w:r/>
    </w:p>
    <w:p>
      <w:r>
        <w:rPr>
          <w:b/>
          <w:sz w:val="22"/>
        </w:rPr>
        <w:t>CHAPTER 1</w:t>
      </w:r>
    </w:p>
    <w:p>
      <w:r>
        <w:rPr>
          <w:b/>
          <w:sz w:val="48"/>
        </w:rPr>
        <w:t>The Vision</w:t>
      </w:r>
    </w:p>
    <w:p>
      <w:r>
        <w:t>Every trading system begins with an idea. SMCMentorSATrader began with the goal of creating a focused MetaTrader 5 Expert Advisor that could analyse the market systematically instead of relying on emotion or impulsive decisions.</w:t>
      </w:r>
    </w:p>
    <w:p>
      <w:r>
        <w:t>The project combines Smart Money Concepts with structured entry confirmation, setup scoring, risk controls and trade-protection rules. The objective is not to make the EA trade constantly. The objective is to make it wait for conditions that meet the system’s rules.</w:t>
      </w:r>
    </w:p>
    <w:p>
      <w:r>
        <w:t>At the time of this edition, the EA is still being tested on a test environment. That makes this stage especially important: the real behaviour of the system must be observed before conclusions are made about its performance.</w:t>
      </w:r>
    </w:p>
    <w:p>
      <w:r>
        <w:rPr>
          <w:b/>
          <w:sz w:val="22"/>
        </w:rPr>
        <w:t>CHAPTER 2</w:t>
      </w:r>
    </w:p>
    <w:p>
      <w:r>
        <w:rPr>
          <w:b/>
          <w:sz w:val="48"/>
        </w:rPr>
        <w:t>Who Created SMCMentorSATrader?</w:t>
      </w:r>
    </w:p>
    <w:p>
      <w:r>
        <w:t>SMCMentorSATrader is an original project owned and directed by its creator. The concept, goals, trading requirements and development decisions came from the project owner, while ChatGPT was used as an AI-assisted development partner for planning, coding, troubleshooting, documentation and refinement.</w:t>
      </w:r>
    </w:p>
    <w:p>
      <w:r>
        <w:t>The EA was not presented as an existing commercial robot. It was built as a custom system and developed through repeated testing, compilation, debugging and observation in MetaTrader 5.</w:t>
      </w:r>
    </w:p>
    <w:p>
      <w:r>
        <w:rPr>
          <w:b/>
          <w:sz w:val="22"/>
        </w:rPr>
        <w:t>CHAPTER 3</w:t>
      </w:r>
    </w:p>
    <w:p>
      <w:r>
        <w:rPr>
          <w:b/>
          <w:sz w:val="48"/>
        </w:rPr>
        <w:t>The Three-Week Test</w:t>
      </w:r>
    </w:p>
    <w:p>
      <w:r>
        <w:t>The current three-week test is a critical development stage. Rather than assuming the EA works because the code compiles, the project records what the EA actually does in the market.</w:t>
      </w:r>
    </w:p>
    <w:p>
      <w:pPr>
        <w:pStyle w:val="ListBullet"/>
      </w:pPr>
      <w:r>
        <w:t>Signal generation and signal quality</w:t>
      </w:r>
    </w:p>
    <w:p>
      <w:pPr>
        <w:pStyle w:val="ListBullet"/>
      </w:pPr>
      <w:r>
        <w:t>Setup scores and qualification thresholds</w:t>
      </w:r>
    </w:p>
    <w:p>
      <w:pPr>
        <w:pStyle w:val="ListBullet"/>
      </w:pPr>
      <w:r>
        <w:t>Market bias and SMC conditions</w:t>
      </w:r>
    </w:p>
    <w:p>
      <w:pPr>
        <w:pStyle w:val="ListBullet"/>
      </w:pPr>
      <w:r>
        <w:t>Order Block, FVG and market-structure observations</w:t>
      </w:r>
    </w:p>
    <w:p>
      <w:pPr>
        <w:pStyle w:val="ListBullet"/>
      </w:pPr>
      <w:r>
        <w:t>Risk calculations and trade-protection rules</w:t>
      </w:r>
    </w:p>
    <w:p>
      <w:pPr>
        <w:pStyle w:val="ListBullet"/>
      </w:pPr>
      <w:r>
        <w:t>Blocked trades and the reasons for blocking them</w:t>
      </w:r>
    </w:p>
    <w:p>
      <w:pPr>
        <w:pStyle w:val="ListBullet"/>
      </w:pPr>
      <w:r>
        <w:t>Execution behaviour and any technical errors</w:t>
      </w:r>
    </w:p>
    <w:p>
      <w:pPr>
        <w:pStyle w:val="ListBullet"/>
      </w:pPr>
      <w:r>
        <w:t>Wins, losses and other measurable test outcomes</w:t>
      </w:r>
    </w:p>
    <w:p>
      <w:r>
        <w:t>The final results chapter will be completed only after sufficient test data has been collected and reviewed.</w:t>
      </w:r>
    </w:p>
    <w:p>
      <w:r/>
    </w:p>
    <w:p>
      <w:r>
        <w:rPr>
          <w:b/>
          <w:sz w:val="40"/>
        </w:rPr>
        <w:t>SMCMentorSATrader — TESTING JOURNAL</w:t>
      </w:r>
    </w:p>
    <w:p>
      <w:r>
        <w:t>Use this section to record important observations during the three-week test.</w:t>
      </w:r>
    </w:p>
    <w:p>
      <w:r>
        <w:rPr>
          <w:sz w:val="21"/>
        </w:rPr>
        <w:t>Date / Time: ______________________________________________</w:t>
      </w:r>
    </w:p>
    <w:p>
      <w:r>
        <w:rPr>
          <w:sz w:val="21"/>
        </w:rPr>
        <w:t>Symbol: ______________________________________________</w:t>
      </w:r>
    </w:p>
    <w:p>
      <w:r>
        <w:rPr>
          <w:sz w:val="21"/>
        </w:rPr>
        <w:t>Timeframe: ______________________________________________</w:t>
      </w:r>
    </w:p>
    <w:p>
      <w:r>
        <w:rPr>
          <w:sz w:val="21"/>
        </w:rPr>
        <w:t>Market Bias: ______________________________________________</w:t>
      </w:r>
    </w:p>
    <w:p>
      <w:r>
        <w:rPr>
          <w:sz w:val="21"/>
        </w:rPr>
        <w:t>Setup Score: ______________________________________________</w:t>
      </w:r>
    </w:p>
    <w:p>
      <w:r>
        <w:rPr>
          <w:sz w:val="21"/>
        </w:rPr>
        <w:t>Entry Signal: ______________________________________________</w:t>
      </w:r>
    </w:p>
    <w:p>
      <w:r>
        <w:rPr>
          <w:sz w:val="21"/>
        </w:rPr>
        <w:t>Trade Allowed / Blocked: ______________________________________________</w:t>
      </w:r>
    </w:p>
    <w:p>
      <w:r>
        <w:rPr>
          <w:sz w:val="21"/>
        </w:rPr>
        <w:t>Reason: ______________________________________________</w:t>
      </w:r>
    </w:p>
    <w:p>
      <w:r>
        <w:rPr>
          <w:sz w:val="21"/>
        </w:rPr>
        <w:t>Entry / SL / TP: ______________________________________________</w:t>
      </w:r>
    </w:p>
    <w:p>
      <w:r>
        <w:rPr>
          <w:sz w:val="21"/>
        </w:rPr>
        <w:t>Risk: ______________________________________________</w:t>
      </w:r>
    </w:p>
    <w:p>
      <w:r>
        <w:rPr>
          <w:sz w:val="21"/>
        </w:rPr>
        <w:t>Outcome: ______________________________________________</w:t>
      </w:r>
    </w:p>
    <w:p>
      <w:r>
        <w:rPr>
          <w:sz w:val="21"/>
        </w:rPr>
        <w:t>Notes / Lessons: ______________________________________________</w:t>
      </w:r>
    </w:p>
    <w:sectPr w:rsidR="00FC693F" w:rsidRPr="0006063C" w:rsidSect="00034616">
      <w:footerReference w:type="default" r:id="rId10"/>
      <w:headerReference w:type="default" r:id="rId11"/>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MentorSATrader • SMCMentorSATrader • Development &amp; Testing Edition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